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303E" w14:textId="77777777" w:rsidR="00730AB6" w:rsidRDefault="00000000">
      <w:pPr>
        <w:pStyle w:val="Title"/>
      </w:pPr>
      <w:r>
        <w:t>Incidento fiksavimo lapas</w:t>
      </w:r>
    </w:p>
    <w:p w14:paraId="63E0AA04" w14:textId="77777777" w:rsidR="00730AB6" w:rsidRDefault="00000000">
      <w:pPr>
        <w:spacing w:after="180"/>
      </w:pPr>
      <w:r>
        <w:rPr>
          <w:color w:val="475569"/>
          <w:sz w:val="22"/>
        </w:rPr>
        <w:t>Faktai, saugumas, veiksmai ir kitas žingsnis — viename lape.</w:t>
      </w:r>
    </w:p>
    <w:p w14:paraId="3CE74015" w14:textId="77777777" w:rsidR="00730AB6" w:rsidRDefault="00000000">
      <w:pPr>
        <w:spacing w:after="140"/>
      </w:pPr>
      <w:r>
        <w:t xml:space="preserve">Pildykite kuo greičiau po įvykio, ramia ir neutralia kalba. </w:t>
      </w:r>
      <w:r>
        <w:rPr>
          <w:b/>
        </w:rPr>
        <w:t>Šis lapas fiksuoja faktus; jis pats nenustato kaltės, diagnozės ar drausminės priemonės.</w:t>
      </w:r>
    </w:p>
    <w:p w14:paraId="0E923D4C" w14:textId="77777777" w:rsidR="00730AB6" w:rsidRDefault="00000000">
      <w:pPr>
        <w:pStyle w:val="Heading2"/>
      </w:pPr>
      <w:r>
        <w:rPr>
          <w:rFonts w:ascii="Aptos" w:hAnsi="Aptos"/>
          <w:sz w:val="23"/>
        </w:rPr>
        <w:t>1. Pagrindiniai duomenys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730AB6" w14:paraId="70E12310" w14:textId="77777777">
        <w:trPr>
          <w:cantSplit/>
          <w:jc w:val="center"/>
        </w:trPr>
        <w:tc>
          <w:tcPr>
            <w:tcW w:w="5184" w:type="dxa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465405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Data: __________________  Laikas: __________</w:t>
            </w:r>
          </w:p>
        </w:tc>
        <w:tc>
          <w:tcPr>
            <w:tcW w:w="5184" w:type="dxa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11FB43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Vieta: __________________________________</w:t>
            </w:r>
          </w:p>
        </w:tc>
      </w:tr>
      <w:tr w:rsidR="00730AB6" w14:paraId="01F44040" w14:textId="77777777">
        <w:trPr>
          <w:cantSplit/>
          <w:jc w:val="center"/>
        </w:trPr>
        <w:tc>
          <w:tcPr>
            <w:tcW w:w="5184" w:type="dxa"/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0B020B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Mokinys / inicialai: ______________________</w:t>
            </w:r>
          </w:p>
        </w:tc>
        <w:tc>
          <w:tcPr>
            <w:tcW w:w="5184" w:type="dxa"/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5A22C2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Klasė / grupė: ___________________________</w:t>
            </w:r>
          </w:p>
        </w:tc>
      </w:tr>
      <w:tr w:rsidR="00730AB6" w14:paraId="6C7F99C2" w14:textId="77777777">
        <w:trPr>
          <w:cantSplit/>
          <w:jc w:val="center"/>
        </w:trPr>
        <w:tc>
          <w:tcPr>
            <w:tcW w:w="5184" w:type="dxa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518D93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Fiksavo (vardas, pareigos): _______________</w:t>
            </w:r>
          </w:p>
        </w:tc>
        <w:tc>
          <w:tcPr>
            <w:tcW w:w="5184" w:type="dxa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B10E54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Kiti dalyvavę darbuotojai: ______________</w:t>
            </w:r>
          </w:p>
        </w:tc>
      </w:tr>
    </w:tbl>
    <w:p w14:paraId="763AA13B" w14:textId="77777777" w:rsidR="00730AB6" w:rsidRDefault="00000000">
      <w:pPr>
        <w:spacing w:before="80" w:after="40"/>
      </w:pPr>
      <w:r>
        <w:rPr>
          <w:b/>
          <w:sz w:val="19"/>
        </w:rPr>
        <w:t xml:space="preserve">Įvykio pobūdis: </w:t>
      </w:r>
      <w:r>
        <w:rPr>
          <w:sz w:val="18"/>
        </w:rPr>
        <w:t>☐ žodinė agresija   ☐ fizinė agresija   ☐ daiktų gadinimas   ☐ išėjimas iš erdvės</w:t>
      </w:r>
    </w:p>
    <w:p w14:paraId="42485B14" w14:textId="77777777" w:rsidR="00730AB6" w:rsidRDefault="00000000">
      <w:pPr>
        <w:spacing w:after="40"/>
      </w:pPr>
      <w:r>
        <w:rPr>
          <w:sz w:val="18"/>
        </w:rPr>
        <w:t xml:space="preserve">                         ☐ savęs žalojimo rizika   ☐ pamokos trikdymas   ☐ kita: __________________</w:t>
      </w:r>
    </w:p>
    <w:p w14:paraId="6CDAF7D6" w14:textId="77777777" w:rsidR="00730AB6" w:rsidRDefault="00000000">
      <w:pPr>
        <w:pStyle w:val="Heading2"/>
      </w:pPr>
      <w:r>
        <w:rPr>
          <w:rFonts w:ascii="Aptos" w:hAnsi="Aptos"/>
          <w:sz w:val="23"/>
        </w:rPr>
        <w:t>2. Kas vyko prieš incidentą?</w:t>
      </w:r>
      <w:r>
        <w:rPr>
          <w:rFonts w:ascii="Aptos" w:hAnsi="Aptos"/>
          <w:b w:val="0"/>
          <w:i/>
          <w:color w:val="475569"/>
          <w:sz w:val="18"/>
        </w:rPr>
        <w:t xml:space="preserve">  Užduotis, pokalbis, perėjimas, laukimas, reikalavimas, aplinka.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14:paraId="13F8961E" w14:textId="77777777">
        <w:trPr>
          <w:trHeight w:val="1037"/>
          <w:jc w:val="center"/>
        </w:trPr>
        <w:tc>
          <w:tcPr>
            <w:tcW w:w="10512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62CA53" w14:textId="77777777" w:rsidR="00730AB6" w:rsidRDefault="00000000">
            <w:pPr>
              <w:spacing w:after="0"/>
            </w:pPr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</w:p>
        </w:tc>
      </w:tr>
    </w:tbl>
    <w:p w14:paraId="42A3A6B5" w14:textId="77777777" w:rsidR="00730AB6" w:rsidRDefault="00000000">
      <w:pPr>
        <w:pStyle w:val="Heading2"/>
      </w:pPr>
      <w:r>
        <w:rPr>
          <w:rFonts w:ascii="Aptos" w:hAnsi="Aptos"/>
          <w:sz w:val="23"/>
        </w:rPr>
        <w:t>3. Ką tiksliai mačiau ir girdėjau?</w:t>
      </w:r>
      <w:r>
        <w:rPr>
          <w:rFonts w:ascii="Aptos" w:hAnsi="Aptos"/>
          <w:b w:val="0"/>
          <w:i/>
          <w:color w:val="475569"/>
          <w:sz w:val="18"/>
        </w:rPr>
        <w:t xml:space="preserve">  Veiksmai, tikslūs žodžiai kabutėse, trukmė, dažnis. Be „agresyvus“, „nemandagus“, „manipuliuoja“.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14:paraId="67B58C5A" w14:textId="77777777">
        <w:trPr>
          <w:trHeight w:val="1440"/>
          <w:jc w:val="center"/>
        </w:trPr>
        <w:tc>
          <w:tcPr>
            <w:tcW w:w="10512" w:type="dxa"/>
            <w:shd w:val="clear" w:color="auto" w:fill="FCE9E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3F553C" w14:textId="77777777" w:rsidR="00730AB6" w:rsidRDefault="00000000">
            <w:pPr>
              <w:spacing w:after="0"/>
            </w:pPr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</w:p>
        </w:tc>
      </w:tr>
    </w:tbl>
    <w:p w14:paraId="3AD64352" w14:textId="77777777" w:rsidR="00730AB6" w:rsidRDefault="00000000">
      <w:pPr>
        <w:pStyle w:val="Heading2"/>
      </w:pPr>
      <w:r>
        <w:rPr>
          <w:rFonts w:ascii="Aptos" w:hAnsi="Aptos"/>
          <w:sz w:val="23"/>
        </w:rPr>
        <w:t>4. Saugumas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730AB6" w14:paraId="49886DB2" w14:textId="77777777">
        <w:trPr>
          <w:cantSplit/>
          <w:jc w:val="center"/>
        </w:trPr>
        <w:tc>
          <w:tcPr>
            <w:tcW w:w="3240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E16679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Ar kas nors sužeistas?</w:t>
            </w:r>
          </w:p>
        </w:tc>
        <w:tc>
          <w:tcPr>
            <w:tcW w:w="712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2506F4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☐ Ne   ☐ Taip — kas ir kaip: __________________________</w:t>
            </w:r>
          </w:p>
        </w:tc>
      </w:tr>
      <w:tr w:rsidR="00730AB6" w14:paraId="13226A3A" w14:textId="77777777">
        <w:trPr>
          <w:cantSplit/>
          <w:jc w:val="center"/>
        </w:trPr>
        <w:tc>
          <w:tcPr>
            <w:tcW w:w="3240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E52234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Ar buvo tiesioginė grėsmė?</w:t>
            </w:r>
          </w:p>
        </w:tc>
        <w:tc>
          <w:tcPr>
            <w:tcW w:w="712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5DE4E2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☐ sau   ☐ kitiems   ☐ turtui   ☐ nebuvo</w:t>
            </w:r>
          </w:p>
        </w:tc>
      </w:tr>
      <w:tr w:rsidR="00730AB6" w14:paraId="0AAC4411" w14:textId="77777777">
        <w:trPr>
          <w:cantSplit/>
          <w:jc w:val="center"/>
        </w:trPr>
        <w:tc>
          <w:tcPr>
            <w:tcW w:w="3240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A51E86C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Ar reikėjo medicinos pagalbos?</w:t>
            </w:r>
          </w:p>
        </w:tc>
        <w:tc>
          <w:tcPr>
            <w:tcW w:w="712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4E374D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☐ Ne   ☐ Taip — kokios: ______________________________</w:t>
            </w:r>
          </w:p>
        </w:tc>
      </w:tr>
      <w:tr w:rsidR="00730AB6" w14:paraId="01A1BD47" w14:textId="77777777">
        <w:trPr>
          <w:cantSplit/>
          <w:jc w:val="center"/>
        </w:trPr>
        <w:tc>
          <w:tcPr>
            <w:tcW w:w="3240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BBF168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Ar kviestos skubiosios tarnybos?</w:t>
            </w:r>
          </w:p>
        </w:tc>
        <w:tc>
          <w:tcPr>
            <w:tcW w:w="712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28E337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☐ Ne   ☐ Taip — kurios / kada: ________________________</w:t>
            </w:r>
          </w:p>
        </w:tc>
      </w:tr>
    </w:tbl>
    <w:p w14:paraId="34E70FDB" w14:textId="77777777" w:rsidR="00730AB6" w:rsidRDefault="00000000">
      <w:pPr>
        <w:pStyle w:val="Heading2"/>
      </w:pPr>
      <w:r>
        <w:rPr>
          <w:rFonts w:ascii="Aptos" w:hAnsi="Aptos"/>
          <w:sz w:val="23"/>
        </w:rPr>
        <w:t>5. Kokių veiksmų imtasi?</w:t>
      </w:r>
      <w:r>
        <w:rPr>
          <w:rFonts w:ascii="Aptos" w:hAnsi="Aptos"/>
          <w:b w:val="0"/>
          <w:i/>
          <w:color w:val="475569"/>
          <w:sz w:val="18"/>
        </w:rPr>
        <w:t xml:space="preserve">  Pažymėkite ir trumpai patikslinkite.</w:t>
      </w:r>
    </w:p>
    <w:p w14:paraId="1F580DD8" w14:textId="77777777" w:rsidR="00730AB6" w:rsidRDefault="00000000">
      <w:pPr>
        <w:spacing w:after="60"/>
      </w:pPr>
      <w:r>
        <w:rPr>
          <w:sz w:val="18"/>
        </w:rPr>
        <w:t>☐ rami aiški komanda   ☐ patraukti kiti mokiniai   ☐ pašalinti pavojingi daiktai   ☐ iškviesta pagalba</w:t>
      </w:r>
    </w:p>
    <w:p w14:paraId="1017C8D0" w14:textId="77777777" w:rsidR="00730AB6" w:rsidRDefault="00000000">
      <w:pPr>
        <w:spacing w:after="40"/>
      </w:pPr>
      <w:r>
        <w:rPr>
          <w:sz w:val="18"/>
        </w:rPr>
        <w:t>☐ pakeista erdvė   ☐ suteikta nusiraminimo vieta   ☐ kita: 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14:paraId="670EC4FF" w14:textId="77777777">
        <w:trPr>
          <w:trHeight w:val="893"/>
          <w:jc w:val="center"/>
        </w:trPr>
        <w:tc>
          <w:tcPr>
            <w:tcW w:w="10512" w:type="dxa"/>
            <w:shd w:val="clear" w:color="auto" w:fill="DDF2E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7F8B45" w14:textId="77777777" w:rsidR="00730AB6" w:rsidRDefault="00000000">
            <w:pPr>
              <w:spacing w:after="0"/>
            </w:pPr>
            <w:r>
              <w:rPr>
                <w:b/>
                <w:sz w:val="19"/>
              </w:rPr>
              <w:t xml:space="preserve">Kas konkrečiai buvo pasakyta ir padaryta? </w:t>
            </w:r>
            <w:r>
              <w:rPr>
                <w:sz w:val="19"/>
              </w:rPr>
              <w:t>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</w:p>
        </w:tc>
      </w:tr>
    </w:tbl>
    <w:p w14:paraId="3CA854A9" w14:textId="77777777" w:rsidR="00730AB6" w:rsidRPr="00597D83" w:rsidRDefault="00000000">
      <w:pPr>
        <w:spacing w:before="80" w:after="40"/>
        <w:rPr>
          <w:lang w:val="de-DE"/>
        </w:rPr>
      </w:pPr>
      <w:r w:rsidRPr="00597D83">
        <w:rPr>
          <w:b/>
          <w:sz w:val="18"/>
          <w:lang w:val="de-DE"/>
        </w:rPr>
        <w:t xml:space="preserve">Ar </w:t>
      </w:r>
      <w:proofErr w:type="spellStart"/>
      <w:r w:rsidRPr="00597D83">
        <w:rPr>
          <w:b/>
          <w:sz w:val="18"/>
          <w:lang w:val="de-DE"/>
        </w:rPr>
        <w:t>buvo</w:t>
      </w:r>
      <w:proofErr w:type="spellEnd"/>
      <w:r w:rsidRPr="00597D83">
        <w:rPr>
          <w:b/>
          <w:sz w:val="18"/>
          <w:lang w:val="de-DE"/>
        </w:rPr>
        <w:t xml:space="preserve"> </w:t>
      </w:r>
      <w:proofErr w:type="spellStart"/>
      <w:r w:rsidRPr="00597D83">
        <w:rPr>
          <w:b/>
          <w:sz w:val="18"/>
          <w:lang w:val="de-DE"/>
        </w:rPr>
        <w:t>fizinis</w:t>
      </w:r>
      <w:proofErr w:type="spellEnd"/>
      <w:r w:rsidRPr="00597D83">
        <w:rPr>
          <w:b/>
          <w:sz w:val="18"/>
          <w:lang w:val="de-DE"/>
        </w:rPr>
        <w:t xml:space="preserve"> </w:t>
      </w:r>
      <w:proofErr w:type="spellStart"/>
      <w:r w:rsidRPr="00597D83">
        <w:rPr>
          <w:b/>
          <w:sz w:val="18"/>
          <w:lang w:val="de-DE"/>
        </w:rPr>
        <w:t>kontaktas</w:t>
      </w:r>
      <w:proofErr w:type="spellEnd"/>
      <w:r w:rsidRPr="00597D83">
        <w:rPr>
          <w:b/>
          <w:sz w:val="18"/>
          <w:lang w:val="de-DE"/>
        </w:rPr>
        <w:t xml:space="preserve"> </w:t>
      </w:r>
      <w:proofErr w:type="spellStart"/>
      <w:r w:rsidRPr="00597D83">
        <w:rPr>
          <w:b/>
          <w:sz w:val="18"/>
          <w:lang w:val="de-DE"/>
        </w:rPr>
        <w:t>su</w:t>
      </w:r>
      <w:proofErr w:type="spellEnd"/>
      <w:r w:rsidRPr="00597D83">
        <w:rPr>
          <w:b/>
          <w:sz w:val="18"/>
          <w:lang w:val="de-DE"/>
        </w:rPr>
        <w:t xml:space="preserve"> </w:t>
      </w:r>
      <w:proofErr w:type="spellStart"/>
      <w:r w:rsidRPr="00597D83">
        <w:rPr>
          <w:b/>
          <w:sz w:val="18"/>
          <w:lang w:val="de-DE"/>
        </w:rPr>
        <w:t>mokiniu</w:t>
      </w:r>
      <w:proofErr w:type="spellEnd"/>
      <w:r w:rsidRPr="00597D83">
        <w:rPr>
          <w:b/>
          <w:sz w:val="18"/>
          <w:lang w:val="de-DE"/>
        </w:rPr>
        <w:t xml:space="preserve">?  </w:t>
      </w:r>
      <w:r w:rsidRPr="00597D83">
        <w:rPr>
          <w:sz w:val="18"/>
          <w:lang w:val="de-DE"/>
        </w:rPr>
        <w:t xml:space="preserve">☐ Ne   ☐ Taip — </w:t>
      </w:r>
      <w:proofErr w:type="spellStart"/>
      <w:r w:rsidRPr="00597D83">
        <w:rPr>
          <w:sz w:val="18"/>
          <w:lang w:val="de-DE"/>
        </w:rPr>
        <w:t>tikslas</w:t>
      </w:r>
      <w:proofErr w:type="spellEnd"/>
      <w:r w:rsidRPr="00597D83">
        <w:rPr>
          <w:sz w:val="18"/>
          <w:lang w:val="de-DE"/>
        </w:rPr>
        <w:t xml:space="preserve">, </w:t>
      </w:r>
      <w:proofErr w:type="spellStart"/>
      <w:r w:rsidRPr="00597D83">
        <w:rPr>
          <w:sz w:val="18"/>
          <w:lang w:val="de-DE"/>
        </w:rPr>
        <w:t>veiksmas</w:t>
      </w:r>
      <w:proofErr w:type="spellEnd"/>
      <w:r w:rsidRPr="00597D83">
        <w:rPr>
          <w:sz w:val="18"/>
          <w:lang w:val="de-DE"/>
        </w:rPr>
        <w:t xml:space="preserve">, </w:t>
      </w:r>
      <w:proofErr w:type="spellStart"/>
      <w:r w:rsidRPr="00597D83">
        <w:rPr>
          <w:sz w:val="18"/>
          <w:lang w:val="de-DE"/>
        </w:rPr>
        <w:t>trukmė</w:t>
      </w:r>
      <w:proofErr w:type="spellEnd"/>
      <w:r w:rsidRPr="00597D83">
        <w:rPr>
          <w:sz w:val="18"/>
          <w:lang w:val="de-DE"/>
        </w:rPr>
        <w:t xml:space="preserve"> </w:t>
      </w:r>
      <w:proofErr w:type="spellStart"/>
      <w:r w:rsidRPr="00597D83">
        <w:rPr>
          <w:sz w:val="18"/>
          <w:lang w:val="de-DE"/>
        </w:rPr>
        <w:t>ir</w:t>
      </w:r>
      <w:proofErr w:type="spellEnd"/>
      <w:r w:rsidRPr="00597D83">
        <w:rPr>
          <w:sz w:val="18"/>
          <w:lang w:val="de-DE"/>
        </w:rPr>
        <w:t xml:space="preserve"> </w:t>
      </w:r>
      <w:proofErr w:type="spellStart"/>
      <w:r w:rsidRPr="00597D83">
        <w:rPr>
          <w:sz w:val="18"/>
          <w:lang w:val="de-DE"/>
        </w:rPr>
        <w:t>kas</w:t>
      </w:r>
      <w:proofErr w:type="spellEnd"/>
      <w:r w:rsidRPr="00597D83">
        <w:rPr>
          <w:sz w:val="18"/>
          <w:lang w:val="de-DE"/>
        </w:rPr>
        <w:t xml:space="preserve"> </w:t>
      </w:r>
      <w:proofErr w:type="spellStart"/>
      <w:r w:rsidRPr="00597D83">
        <w:rPr>
          <w:sz w:val="18"/>
          <w:lang w:val="de-DE"/>
        </w:rPr>
        <w:t>dalyvavo</w:t>
      </w:r>
      <w:proofErr w:type="spellEnd"/>
      <w:r w:rsidRPr="00597D83">
        <w:rPr>
          <w:sz w:val="18"/>
          <w:lang w:val="de-DE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14:paraId="34EFBB0C" w14:textId="77777777">
        <w:trPr>
          <w:trHeight w:val="720"/>
          <w:jc w:val="center"/>
        </w:trPr>
        <w:tc>
          <w:tcPr>
            <w:tcW w:w="10512" w:type="dxa"/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0C4B20F" w14:textId="77777777" w:rsidR="00730AB6" w:rsidRDefault="00000000">
            <w:pPr>
              <w:spacing w:after="0"/>
            </w:pPr>
            <w:r w:rsidRPr="00597D83">
              <w:rPr>
                <w:b/>
                <w:sz w:val="19"/>
                <w:lang w:val="de-DE"/>
              </w:rPr>
              <w:t xml:space="preserve"> </w:t>
            </w:r>
            <w:r>
              <w:rPr>
                <w:sz w:val="19"/>
              </w:rPr>
              <w:t>________________________________________________________________________________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</w:p>
        </w:tc>
      </w:tr>
    </w:tbl>
    <w:p w14:paraId="6BE78DC7" w14:textId="77777777" w:rsidR="00730AB6" w:rsidRDefault="00000000">
      <w:pPr>
        <w:pStyle w:val="Heading1"/>
      </w:pPr>
      <w:r>
        <w:lastRenderedPageBreak/>
        <w:t>Incidento pabaiga ir tolesni veiksmai</w:t>
      </w:r>
    </w:p>
    <w:p w14:paraId="2D370401" w14:textId="77777777" w:rsidR="00730AB6" w:rsidRDefault="00000000">
      <w:pPr>
        <w:pStyle w:val="Heading2"/>
      </w:pPr>
      <w:r>
        <w:rPr>
          <w:rFonts w:ascii="Aptos" w:hAnsi="Aptos"/>
          <w:sz w:val="23"/>
        </w:rPr>
        <w:t>6. Kaip incidentas baigėsi?</w:t>
      </w:r>
    </w:p>
    <w:p w14:paraId="32A165D1" w14:textId="77777777" w:rsidR="00730AB6" w:rsidRDefault="00000000">
      <w:pPr>
        <w:spacing w:after="40"/>
      </w:pPr>
      <w:r>
        <w:rPr>
          <w:sz w:val="18"/>
        </w:rPr>
        <w:t>☐ nusiramino vietoje   ☐ perduotas kitam darbuotojui   ☐ grįžo į veiklą   ☐ išvyko su tėvais / globėjais</w:t>
      </w:r>
    </w:p>
    <w:p w14:paraId="74CBD964" w14:textId="77777777" w:rsidR="00730AB6" w:rsidRDefault="00000000">
      <w:pPr>
        <w:spacing w:after="60"/>
      </w:pPr>
      <w:r>
        <w:rPr>
          <w:sz w:val="18"/>
        </w:rPr>
        <w:t>☐ kreiptasi medicinos pagalbos   ☐ kita: 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:rsidRPr="00597D83" w14:paraId="33BCF9C3" w14:textId="77777777">
        <w:trPr>
          <w:trHeight w:val="893"/>
          <w:jc w:val="center"/>
        </w:trPr>
        <w:tc>
          <w:tcPr>
            <w:tcW w:w="10512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5FC2B2" w14:textId="77777777" w:rsidR="00730AB6" w:rsidRPr="00597D83" w:rsidRDefault="00000000">
            <w:pPr>
              <w:spacing w:after="0"/>
              <w:rPr>
                <w:lang w:val="es-ES"/>
              </w:rPr>
            </w:pPr>
            <w:proofErr w:type="spellStart"/>
            <w:r w:rsidRPr="00597D83">
              <w:rPr>
                <w:b/>
                <w:sz w:val="19"/>
                <w:lang w:val="es-ES"/>
              </w:rPr>
              <w:t>Būklė</w:t>
            </w:r>
            <w:proofErr w:type="spellEnd"/>
            <w:r w:rsidRPr="00597D83">
              <w:rPr>
                <w:b/>
                <w:sz w:val="19"/>
                <w:lang w:val="es-ES"/>
              </w:rPr>
              <w:t xml:space="preserve"> ir </w:t>
            </w:r>
            <w:proofErr w:type="spellStart"/>
            <w:r w:rsidRPr="00597D83">
              <w:rPr>
                <w:b/>
                <w:sz w:val="19"/>
                <w:lang w:val="es-ES"/>
              </w:rPr>
              <w:t>situacija</w:t>
            </w:r>
            <w:proofErr w:type="spellEnd"/>
            <w:r w:rsidRPr="00597D83">
              <w:rPr>
                <w:b/>
                <w:sz w:val="19"/>
                <w:lang w:val="es-ES"/>
              </w:rPr>
              <w:t xml:space="preserve"> </w:t>
            </w:r>
            <w:proofErr w:type="spellStart"/>
            <w:r w:rsidRPr="00597D83">
              <w:rPr>
                <w:b/>
                <w:sz w:val="19"/>
                <w:lang w:val="es-ES"/>
              </w:rPr>
              <w:t>po</w:t>
            </w:r>
            <w:proofErr w:type="spellEnd"/>
            <w:r w:rsidRPr="00597D83">
              <w:rPr>
                <w:b/>
                <w:sz w:val="19"/>
                <w:lang w:val="es-ES"/>
              </w:rPr>
              <w:t xml:space="preserve"> </w:t>
            </w:r>
            <w:proofErr w:type="spellStart"/>
            <w:r w:rsidRPr="00597D83">
              <w:rPr>
                <w:b/>
                <w:sz w:val="19"/>
                <w:lang w:val="es-ES"/>
              </w:rPr>
              <w:t>įvykio</w:t>
            </w:r>
            <w:proofErr w:type="spellEnd"/>
            <w:r w:rsidRPr="00597D83">
              <w:rPr>
                <w:b/>
                <w:sz w:val="19"/>
                <w:lang w:val="es-ES"/>
              </w:rPr>
              <w:t xml:space="preserve">: </w:t>
            </w:r>
            <w:r w:rsidRPr="00597D83">
              <w:rPr>
                <w:sz w:val="19"/>
                <w:lang w:val="es-ES"/>
              </w:rPr>
              <w:t>_______________________________________________________________</w:t>
            </w:r>
            <w:r w:rsidRPr="00597D83">
              <w:rPr>
                <w:sz w:val="19"/>
                <w:lang w:val="es-ES"/>
              </w:rPr>
              <w:br/>
              <w:t>________________________________________________________________________________</w:t>
            </w:r>
          </w:p>
        </w:tc>
      </w:tr>
    </w:tbl>
    <w:p w14:paraId="73C6722C" w14:textId="77777777" w:rsidR="00730AB6" w:rsidRDefault="00000000">
      <w:pPr>
        <w:pStyle w:val="Heading2"/>
      </w:pPr>
      <w:r>
        <w:rPr>
          <w:rFonts w:ascii="Aptos" w:hAnsi="Aptos"/>
          <w:sz w:val="23"/>
        </w:rPr>
        <w:t>7. Kas informuotas?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88"/>
        <w:gridCol w:w="3311"/>
        <w:gridCol w:w="3168"/>
      </w:tblGrid>
      <w:tr w:rsidR="00730AB6" w14:paraId="22B50CBE" w14:textId="77777777">
        <w:trPr>
          <w:cantSplit/>
          <w:tblHeader/>
          <w:jc w:val="center"/>
        </w:trPr>
        <w:tc>
          <w:tcPr>
            <w:tcW w:w="3888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16F500" w14:textId="77777777" w:rsidR="00730AB6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Asmuo / institucija</w:t>
            </w:r>
          </w:p>
        </w:tc>
        <w:tc>
          <w:tcPr>
            <w:tcW w:w="3311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C1D3F2" w14:textId="77777777" w:rsidR="00730AB6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Kada ir kaip</w:t>
            </w:r>
          </w:p>
        </w:tc>
        <w:tc>
          <w:tcPr>
            <w:tcW w:w="3168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ECC7AC" w14:textId="77777777" w:rsidR="00730AB6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Kas informavo</w:t>
            </w:r>
          </w:p>
        </w:tc>
      </w:tr>
      <w:tr w:rsidR="00730AB6" w14:paraId="2C1A5950" w14:textId="77777777">
        <w:trPr>
          <w:cantSplit/>
          <w:trHeight w:val="403"/>
          <w:jc w:val="center"/>
        </w:trPr>
        <w:tc>
          <w:tcPr>
            <w:tcW w:w="388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B6A739" w14:textId="77777777" w:rsidR="00730AB6" w:rsidRDefault="00000000">
            <w:pPr>
              <w:spacing w:after="0" w:line="240" w:lineRule="auto"/>
            </w:pPr>
            <w:r>
              <w:rPr>
                <w:sz w:val="17"/>
              </w:rPr>
              <w:t>Administracija / atsakingas asmuo</w:t>
            </w:r>
          </w:p>
        </w:tc>
        <w:tc>
          <w:tcPr>
            <w:tcW w:w="331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39F325" w14:textId="77777777" w:rsidR="00730AB6" w:rsidRDefault="00730AB6">
            <w:pPr>
              <w:spacing w:after="0" w:line="240" w:lineRule="auto"/>
            </w:pPr>
          </w:p>
        </w:tc>
        <w:tc>
          <w:tcPr>
            <w:tcW w:w="31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31D08B" w14:textId="77777777" w:rsidR="00730AB6" w:rsidRDefault="00730AB6">
            <w:pPr>
              <w:spacing w:after="0" w:line="240" w:lineRule="auto"/>
            </w:pPr>
          </w:p>
        </w:tc>
      </w:tr>
      <w:tr w:rsidR="00730AB6" w14:paraId="08C4A9C0" w14:textId="77777777">
        <w:trPr>
          <w:cantSplit/>
          <w:trHeight w:val="403"/>
          <w:jc w:val="center"/>
        </w:trPr>
        <w:tc>
          <w:tcPr>
            <w:tcW w:w="388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E10C5C" w14:textId="77777777" w:rsidR="00730AB6" w:rsidRDefault="00000000">
            <w:pPr>
              <w:spacing w:after="0" w:line="240" w:lineRule="auto"/>
            </w:pPr>
            <w:r>
              <w:rPr>
                <w:sz w:val="17"/>
              </w:rPr>
              <w:t>Tėvai / globėjai</w:t>
            </w:r>
          </w:p>
        </w:tc>
        <w:tc>
          <w:tcPr>
            <w:tcW w:w="331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A3E50A" w14:textId="77777777" w:rsidR="00730AB6" w:rsidRDefault="00730AB6">
            <w:pPr>
              <w:spacing w:after="0" w:line="240" w:lineRule="auto"/>
            </w:pPr>
          </w:p>
        </w:tc>
        <w:tc>
          <w:tcPr>
            <w:tcW w:w="31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966C47" w14:textId="77777777" w:rsidR="00730AB6" w:rsidRDefault="00730AB6">
            <w:pPr>
              <w:spacing w:after="0" w:line="240" w:lineRule="auto"/>
            </w:pPr>
          </w:p>
        </w:tc>
      </w:tr>
      <w:tr w:rsidR="00730AB6" w14:paraId="27B08F9A" w14:textId="77777777">
        <w:trPr>
          <w:cantSplit/>
          <w:trHeight w:val="403"/>
          <w:jc w:val="center"/>
        </w:trPr>
        <w:tc>
          <w:tcPr>
            <w:tcW w:w="388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B0E8F0" w14:textId="77777777" w:rsidR="00730AB6" w:rsidRDefault="00000000">
            <w:pPr>
              <w:spacing w:after="0" w:line="240" w:lineRule="auto"/>
            </w:pPr>
            <w:r>
              <w:rPr>
                <w:sz w:val="17"/>
              </w:rPr>
              <w:t>Vaiko gerovės komisija / specialistas</w:t>
            </w:r>
          </w:p>
        </w:tc>
        <w:tc>
          <w:tcPr>
            <w:tcW w:w="331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E53640" w14:textId="77777777" w:rsidR="00730AB6" w:rsidRDefault="00730AB6">
            <w:pPr>
              <w:spacing w:after="0" w:line="240" w:lineRule="auto"/>
            </w:pPr>
          </w:p>
        </w:tc>
        <w:tc>
          <w:tcPr>
            <w:tcW w:w="31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5F00DB" w14:textId="77777777" w:rsidR="00730AB6" w:rsidRDefault="00730AB6">
            <w:pPr>
              <w:spacing w:after="0" w:line="240" w:lineRule="auto"/>
            </w:pPr>
          </w:p>
        </w:tc>
      </w:tr>
      <w:tr w:rsidR="00730AB6" w14:paraId="312E2926" w14:textId="77777777">
        <w:trPr>
          <w:cantSplit/>
          <w:trHeight w:val="403"/>
          <w:jc w:val="center"/>
        </w:trPr>
        <w:tc>
          <w:tcPr>
            <w:tcW w:w="388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81C9B5" w14:textId="77777777" w:rsidR="00730AB6" w:rsidRDefault="00000000">
            <w:pPr>
              <w:spacing w:after="0" w:line="240" w:lineRule="auto"/>
            </w:pPr>
            <w:r>
              <w:rPr>
                <w:sz w:val="17"/>
              </w:rPr>
              <w:t>Kita pagal mokyklos tvarką: ______________</w:t>
            </w:r>
          </w:p>
        </w:tc>
        <w:tc>
          <w:tcPr>
            <w:tcW w:w="331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23F885" w14:textId="77777777" w:rsidR="00730AB6" w:rsidRDefault="00730AB6">
            <w:pPr>
              <w:spacing w:after="0" w:line="240" w:lineRule="auto"/>
            </w:pPr>
          </w:p>
        </w:tc>
        <w:tc>
          <w:tcPr>
            <w:tcW w:w="316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02095D" w14:textId="77777777" w:rsidR="00730AB6" w:rsidRDefault="00730AB6">
            <w:pPr>
              <w:spacing w:after="0" w:line="240" w:lineRule="auto"/>
            </w:pPr>
          </w:p>
        </w:tc>
      </w:tr>
    </w:tbl>
    <w:p w14:paraId="52ED7404" w14:textId="77777777" w:rsidR="00730AB6" w:rsidRDefault="00000000">
      <w:pPr>
        <w:pStyle w:val="Heading2"/>
      </w:pPr>
      <w:r>
        <w:rPr>
          <w:rFonts w:ascii="Aptos" w:hAnsi="Aptos"/>
          <w:sz w:val="23"/>
        </w:rPr>
        <w:t>8. Liudininkai ir su įvykiu susijusi medžiaga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730AB6" w14:paraId="64E76C81" w14:textId="77777777">
        <w:trPr>
          <w:trHeight w:val="691"/>
          <w:jc w:val="center"/>
        </w:trPr>
        <w:tc>
          <w:tcPr>
            <w:tcW w:w="10512" w:type="dxa"/>
            <w:shd w:val="clear" w:color="auto" w:fill="F3F5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8895CA" w14:textId="77777777" w:rsidR="00730AB6" w:rsidRDefault="00000000">
            <w:pPr>
              <w:spacing w:after="0"/>
            </w:pPr>
            <w:r>
              <w:rPr>
                <w:b/>
                <w:sz w:val="19"/>
              </w:rPr>
              <w:t xml:space="preserve">Liudininkai (vardas, klasė / pareigos): </w:t>
            </w:r>
            <w:r>
              <w:rPr>
                <w:sz w:val="19"/>
              </w:rPr>
              <w:t>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________________________________________________________________________________</w:t>
            </w:r>
          </w:p>
        </w:tc>
      </w:tr>
    </w:tbl>
    <w:p w14:paraId="1D3A7019" w14:textId="77777777" w:rsidR="00730AB6" w:rsidRDefault="00000000">
      <w:pPr>
        <w:spacing w:before="60" w:after="40"/>
      </w:pPr>
      <w:r>
        <w:rPr>
          <w:b/>
          <w:sz w:val="18"/>
        </w:rPr>
        <w:t xml:space="preserve">Su įvykiu susijusi medžiaga:  </w:t>
      </w:r>
      <w:r>
        <w:rPr>
          <w:sz w:val="18"/>
        </w:rPr>
        <w:t>☐ nėra   ☐ mokyklos vaizdo įrašas   ☐ nuotrauka   ☐ mokinio darbas / žinutė   ☐ kita</w:t>
      </w:r>
    </w:p>
    <w:p w14:paraId="65EB43C0" w14:textId="77777777" w:rsidR="00730AB6" w:rsidRDefault="00000000">
      <w:pPr>
        <w:spacing w:after="60"/>
      </w:pPr>
      <w:r>
        <w:rPr>
          <w:sz w:val="18"/>
        </w:rPr>
        <w:t>Kur saugoma / kam perduota: ________________________________________________________________</w:t>
      </w:r>
    </w:p>
    <w:p w14:paraId="0D930055" w14:textId="77777777" w:rsidR="00730AB6" w:rsidRDefault="00000000">
      <w:pPr>
        <w:ind w:left="216"/>
        <w:rPr>
          <w:i/>
          <w:color w:val="475569"/>
          <w:sz w:val="17"/>
        </w:rPr>
      </w:pPr>
      <w:r>
        <w:rPr>
          <w:i/>
          <w:color w:val="475569"/>
          <w:sz w:val="17"/>
        </w:rPr>
        <w:t xml:space="preserve">Pastaba: medžiagos nekopijuokite į asmeninius įrenginius; laikykitės </w:t>
      </w:r>
      <w:proofErr w:type="spellStart"/>
      <w:r>
        <w:rPr>
          <w:i/>
          <w:color w:val="475569"/>
          <w:sz w:val="17"/>
        </w:rPr>
        <w:t>mokyklos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duomenų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apsaugos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tvarkos</w:t>
      </w:r>
      <w:proofErr w:type="spellEnd"/>
      <w:r>
        <w:rPr>
          <w:i/>
          <w:color w:val="475569"/>
          <w:sz w:val="17"/>
        </w:rPr>
        <w:t>.</w:t>
      </w:r>
    </w:p>
    <w:p w14:paraId="2874D047" w14:textId="77777777" w:rsidR="00597D83" w:rsidRDefault="00597D83">
      <w:pPr>
        <w:ind w:left="216"/>
      </w:pPr>
    </w:p>
    <w:p w14:paraId="5B807FB7" w14:textId="77777777" w:rsidR="00730AB6" w:rsidRDefault="00000000">
      <w:pPr>
        <w:pStyle w:val="Heading2"/>
      </w:pPr>
      <w:r>
        <w:rPr>
          <w:rFonts w:ascii="Aptos" w:hAnsi="Aptos"/>
          <w:sz w:val="23"/>
        </w:rPr>
        <w:t>9. Kitas žingsnis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5903"/>
      </w:tblGrid>
      <w:tr w:rsidR="00730AB6" w14:paraId="7A93BF17" w14:textId="77777777">
        <w:trPr>
          <w:cantSplit/>
          <w:jc w:val="center"/>
        </w:trPr>
        <w:tc>
          <w:tcPr>
            <w:tcW w:w="4464" w:type="dxa"/>
            <w:shd w:val="clear" w:color="auto" w:fill="DDF2E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B06A37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Ką reikia padaryti?</w:t>
            </w:r>
          </w:p>
        </w:tc>
        <w:tc>
          <w:tcPr>
            <w:tcW w:w="590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E7BEE8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________________________________________________________</w:t>
            </w:r>
          </w:p>
        </w:tc>
      </w:tr>
      <w:tr w:rsidR="00730AB6" w14:paraId="702B30F1" w14:textId="77777777">
        <w:trPr>
          <w:cantSplit/>
          <w:jc w:val="center"/>
        </w:trPr>
        <w:tc>
          <w:tcPr>
            <w:tcW w:w="4464" w:type="dxa"/>
            <w:shd w:val="clear" w:color="auto" w:fill="DDF2E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16DC61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Kas atsakingas?</w:t>
            </w:r>
          </w:p>
        </w:tc>
        <w:tc>
          <w:tcPr>
            <w:tcW w:w="590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113501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________________________________________________________</w:t>
            </w:r>
          </w:p>
        </w:tc>
      </w:tr>
      <w:tr w:rsidR="00730AB6" w14:paraId="3425057D" w14:textId="77777777">
        <w:trPr>
          <w:cantSplit/>
          <w:jc w:val="center"/>
        </w:trPr>
        <w:tc>
          <w:tcPr>
            <w:tcW w:w="4464" w:type="dxa"/>
            <w:shd w:val="clear" w:color="auto" w:fill="DDF2E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0175A0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Iki kada?</w:t>
            </w:r>
          </w:p>
        </w:tc>
        <w:tc>
          <w:tcPr>
            <w:tcW w:w="590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0A6082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________________________________________________________</w:t>
            </w:r>
          </w:p>
        </w:tc>
      </w:tr>
      <w:tr w:rsidR="00730AB6" w14:paraId="47149C2D" w14:textId="77777777">
        <w:trPr>
          <w:cantSplit/>
          <w:jc w:val="center"/>
        </w:trPr>
        <w:tc>
          <w:tcPr>
            <w:tcW w:w="4464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5050F9" w14:textId="77777777" w:rsidR="00730AB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Kokios pagalbos reikia mokiniui ir mokytojui?</w:t>
            </w:r>
          </w:p>
        </w:tc>
        <w:tc>
          <w:tcPr>
            <w:tcW w:w="590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3F1BA7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________________________________________________________</w:t>
            </w:r>
          </w:p>
        </w:tc>
      </w:tr>
    </w:tbl>
    <w:p w14:paraId="7CB84143" w14:textId="77777777" w:rsidR="00730AB6" w:rsidRDefault="00000000">
      <w:pPr>
        <w:pStyle w:val="Heading2"/>
      </w:pPr>
      <w:r>
        <w:rPr>
          <w:rFonts w:ascii="Aptos" w:hAnsi="Aptos"/>
          <w:sz w:val="23"/>
        </w:rPr>
        <w:t>10. Patvirtinimas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730AB6" w14:paraId="2DFEB880" w14:textId="77777777">
        <w:trPr>
          <w:cantSplit/>
          <w:jc w:val="center"/>
        </w:trPr>
        <w:tc>
          <w:tcPr>
            <w:tcW w:w="518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AC9C27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Užpildė: ________________________________</w:t>
            </w:r>
          </w:p>
        </w:tc>
        <w:tc>
          <w:tcPr>
            <w:tcW w:w="518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EF64E6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Data ir laikas: __________________________</w:t>
            </w:r>
          </w:p>
        </w:tc>
      </w:tr>
      <w:tr w:rsidR="00730AB6" w14:paraId="04A04248" w14:textId="77777777">
        <w:trPr>
          <w:cantSplit/>
          <w:jc w:val="center"/>
        </w:trPr>
        <w:tc>
          <w:tcPr>
            <w:tcW w:w="518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F8E463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Peržiūrėjo: _____________________________</w:t>
            </w:r>
          </w:p>
        </w:tc>
        <w:tc>
          <w:tcPr>
            <w:tcW w:w="5184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A5E744C" w14:textId="77777777" w:rsidR="00730AB6" w:rsidRDefault="00000000">
            <w:pPr>
              <w:spacing w:after="0" w:line="240" w:lineRule="auto"/>
            </w:pPr>
            <w:r>
              <w:rPr>
                <w:sz w:val="18"/>
              </w:rPr>
              <w:t>Data ir laikas: __________________________</w:t>
            </w:r>
          </w:p>
        </w:tc>
      </w:tr>
    </w:tbl>
    <w:p w14:paraId="131B8040" w14:textId="77777777" w:rsidR="00730AB6" w:rsidRDefault="00000000">
      <w:pPr>
        <w:spacing w:before="140" w:after="0"/>
        <w:jc w:val="center"/>
        <w:rPr>
          <w:i/>
          <w:color w:val="475569"/>
          <w:sz w:val="17"/>
        </w:rPr>
      </w:pPr>
      <w:r>
        <w:rPr>
          <w:i/>
          <w:color w:val="475569"/>
          <w:sz w:val="17"/>
        </w:rPr>
        <w:t xml:space="preserve">Prieš naudojant mokykloje, suderinkite su jos krizių valdymo, smurto prevencijos, duomenų apsaugos </w:t>
      </w:r>
      <w:proofErr w:type="spellStart"/>
      <w:r>
        <w:rPr>
          <w:i/>
          <w:color w:val="475569"/>
          <w:sz w:val="17"/>
        </w:rPr>
        <w:t>ir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dokumentų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saugojimo</w:t>
      </w:r>
      <w:proofErr w:type="spellEnd"/>
      <w:r>
        <w:rPr>
          <w:i/>
          <w:color w:val="475569"/>
          <w:sz w:val="17"/>
        </w:rPr>
        <w:t xml:space="preserve"> </w:t>
      </w:r>
      <w:proofErr w:type="spellStart"/>
      <w:r>
        <w:rPr>
          <w:i/>
          <w:color w:val="475569"/>
          <w:sz w:val="17"/>
        </w:rPr>
        <w:t>tvarka</w:t>
      </w:r>
      <w:proofErr w:type="spellEnd"/>
      <w:r>
        <w:rPr>
          <w:i/>
          <w:color w:val="475569"/>
          <w:sz w:val="17"/>
        </w:rPr>
        <w:t>.</w:t>
      </w:r>
    </w:p>
    <w:p w14:paraId="00BDCEAF" w14:textId="77777777" w:rsidR="00597D83" w:rsidRDefault="00597D83">
      <w:pPr>
        <w:spacing w:before="140" w:after="0"/>
        <w:jc w:val="center"/>
      </w:pPr>
    </w:p>
    <w:sectPr w:rsidR="00597D83" w:rsidSect="00034616">
      <w:footerReference w:type="default" r:id="rId8"/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34F3" w14:textId="77777777" w:rsidR="00243438" w:rsidRDefault="00243438">
      <w:pPr>
        <w:spacing w:after="0" w:line="240" w:lineRule="auto"/>
      </w:pPr>
      <w:r>
        <w:separator/>
      </w:r>
    </w:p>
  </w:endnote>
  <w:endnote w:type="continuationSeparator" w:id="0">
    <w:p w14:paraId="37C2AAFC" w14:textId="77777777" w:rsidR="00243438" w:rsidRDefault="0024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1DFD" w14:textId="77777777" w:rsidR="00730AB6" w:rsidRDefault="00000000">
    <w:pPr>
      <w:pStyle w:val="Footer"/>
      <w:jc w:val="center"/>
    </w:pPr>
    <w:proofErr w:type="spellStart"/>
    <w:r>
      <w:rPr>
        <w:color w:val="475569"/>
        <w:sz w:val="16"/>
      </w:rPr>
      <w:t>Incidento</w:t>
    </w:r>
    <w:proofErr w:type="spellEnd"/>
    <w:r>
      <w:rPr>
        <w:color w:val="475569"/>
        <w:sz w:val="16"/>
      </w:rPr>
      <w:t xml:space="preserve"> </w:t>
    </w:r>
    <w:proofErr w:type="spellStart"/>
    <w:r>
      <w:rPr>
        <w:color w:val="475569"/>
        <w:sz w:val="16"/>
      </w:rPr>
      <w:t>fiksavimas</w:t>
    </w:r>
    <w:proofErr w:type="spellEnd"/>
    <w:r>
      <w:rPr>
        <w:color w:val="475569"/>
        <w:sz w:val="16"/>
      </w:rPr>
      <w:t xml:space="preserve"> • </w:t>
    </w:r>
    <w:proofErr w:type="spellStart"/>
    <w:r>
      <w:rPr>
        <w:color w:val="475569"/>
        <w:sz w:val="16"/>
      </w:rPr>
      <w:t>trumpai</w:t>
    </w:r>
    <w:proofErr w:type="spellEnd"/>
    <w:r>
      <w:rPr>
        <w:color w:val="475569"/>
        <w:sz w:val="16"/>
      </w:rPr>
      <w:t xml:space="preserve">, </w:t>
    </w:r>
    <w:proofErr w:type="spellStart"/>
    <w:r>
      <w:rPr>
        <w:color w:val="475569"/>
        <w:sz w:val="16"/>
      </w:rPr>
      <w:t>faktiškai</w:t>
    </w:r>
    <w:proofErr w:type="spellEnd"/>
    <w:r>
      <w:rPr>
        <w:color w:val="475569"/>
        <w:sz w:val="16"/>
      </w:rPr>
      <w:t xml:space="preserve">, </w:t>
    </w:r>
    <w:proofErr w:type="spellStart"/>
    <w:r>
      <w:rPr>
        <w:color w:val="475569"/>
        <w:sz w:val="16"/>
      </w:rPr>
      <w:t>tą</w:t>
    </w:r>
    <w:proofErr w:type="spellEnd"/>
    <w:r>
      <w:rPr>
        <w:color w:val="475569"/>
        <w:sz w:val="16"/>
      </w:rPr>
      <w:t xml:space="preserve"> </w:t>
    </w:r>
    <w:proofErr w:type="spellStart"/>
    <w:r>
      <w:rPr>
        <w:color w:val="475569"/>
        <w:sz w:val="16"/>
      </w:rPr>
      <w:t>pačią</w:t>
    </w:r>
    <w:proofErr w:type="spellEnd"/>
    <w:r>
      <w:rPr>
        <w:color w:val="475569"/>
        <w:sz w:val="16"/>
      </w:rPr>
      <w:t xml:space="preserve"> </w:t>
    </w:r>
    <w:proofErr w:type="spellStart"/>
    <w:r>
      <w:rPr>
        <w:color w:val="475569"/>
        <w:sz w:val="16"/>
      </w:rPr>
      <w:t>dieną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4C8DB" w14:textId="77777777" w:rsidR="00243438" w:rsidRDefault="00243438">
      <w:pPr>
        <w:spacing w:after="0" w:line="240" w:lineRule="auto"/>
      </w:pPr>
      <w:r>
        <w:separator/>
      </w:r>
    </w:p>
  </w:footnote>
  <w:footnote w:type="continuationSeparator" w:id="0">
    <w:p w14:paraId="11F5217D" w14:textId="77777777" w:rsidR="00243438" w:rsidRDefault="0024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024983">
    <w:abstractNumId w:val="8"/>
  </w:num>
  <w:num w:numId="2" w16cid:durableId="2077051406">
    <w:abstractNumId w:val="6"/>
  </w:num>
  <w:num w:numId="3" w16cid:durableId="736632342">
    <w:abstractNumId w:val="5"/>
  </w:num>
  <w:num w:numId="4" w16cid:durableId="1776098752">
    <w:abstractNumId w:val="4"/>
  </w:num>
  <w:num w:numId="5" w16cid:durableId="1766072386">
    <w:abstractNumId w:val="7"/>
  </w:num>
  <w:num w:numId="6" w16cid:durableId="473449866">
    <w:abstractNumId w:val="3"/>
  </w:num>
  <w:num w:numId="7" w16cid:durableId="268198602">
    <w:abstractNumId w:val="2"/>
  </w:num>
  <w:num w:numId="8" w16cid:durableId="668365703">
    <w:abstractNumId w:val="1"/>
  </w:num>
  <w:num w:numId="9" w16cid:durableId="78303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438"/>
    <w:rsid w:val="0029639D"/>
    <w:rsid w:val="00326F90"/>
    <w:rsid w:val="00597D83"/>
    <w:rsid w:val="00730AB6"/>
    <w:rsid w:val="00AA1D8D"/>
    <w:rsid w:val="00B47730"/>
    <w:rsid w:val="00CB0664"/>
    <w:rsid w:val="00F20E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10C8A0"/>
  <w14:defaultImageDpi w14:val="300"/>
  <w15:docId w15:val="{8A10ACC4-8B86-41B0-9CDC-76D1857D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E293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2808</Words>
  <Characters>1601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terapeutas Evaldas</cp:lastModifiedBy>
  <cp:revision>3</cp:revision>
  <cp:lastPrinted>2026-09-28T07:14:00Z</cp:lastPrinted>
  <dcterms:created xsi:type="dcterms:W3CDTF">2013-12-23T23:15:00Z</dcterms:created>
  <dcterms:modified xsi:type="dcterms:W3CDTF">2026-09-28T07:14:00Z</dcterms:modified>
  <cp:category/>
</cp:coreProperties>
</file>